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A835A" w14:textId="77777777" w:rsidR="001924FA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7E82BC20" wp14:editId="787810B5">
            <wp:extent cx="749808" cy="560798"/>
            <wp:effectExtent l="0" t="0" r="0" b="0"/>
            <wp:docPr id="1" name="Nebraska Extension logo" descr="Nebraska Extension logo" title="Nebraska Exten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00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56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E777" w14:textId="77777777" w:rsidR="001924FA" w:rsidRDefault="00000000">
      <w:pPr>
        <w:spacing w:after="20"/>
        <w:jc w:val="center"/>
      </w:pPr>
      <w:r>
        <w:rPr>
          <w:b/>
          <w:sz w:val="22"/>
        </w:rPr>
        <w:t>University of Nebraska-Lincoln Weed Science</w:t>
      </w:r>
    </w:p>
    <w:p w14:paraId="5DA59CEA" w14:textId="77777777" w:rsidR="001924FA" w:rsidRDefault="00000000">
      <w:pPr>
        <w:jc w:val="center"/>
      </w:pPr>
      <w:r>
        <w:t>Milos Zaric: mzaric2@unl.edu | (308) 696-6715</w:t>
      </w:r>
      <w:r>
        <w:br/>
        <w:t>Amit Jhala: amit.jhala@unl.edu | (402) 472-1534</w:t>
      </w:r>
    </w:p>
    <w:p w14:paraId="526BB9CA" w14:textId="77777777" w:rsidR="007A6732" w:rsidRDefault="007A6732">
      <w:pPr>
        <w:pStyle w:val="Title"/>
        <w:jc w:val="center"/>
        <w:rPr>
          <w:sz w:val="40"/>
          <w:szCs w:val="40"/>
        </w:rPr>
      </w:pPr>
    </w:p>
    <w:p w14:paraId="3581B14C" w14:textId="058174D5" w:rsidR="001924FA" w:rsidRPr="007A6732" w:rsidRDefault="00000000">
      <w:pPr>
        <w:pStyle w:val="Title"/>
        <w:jc w:val="center"/>
        <w:rPr>
          <w:sz w:val="40"/>
          <w:szCs w:val="40"/>
        </w:rPr>
      </w:pPr>
      <w:r w:rsidRPr="007A6732">
        <w:rPr>
          <w:sz w:val="40"/>
          <w:szCs w:val="40"/>
        </w:rPr>
        <w:t>Herbicide Resistance Seed Submission Form</w:t>
      </w:r>
    </w:p>
    <w:p w14:paraId="4B7B86DA" w14:textId="77777777" w:rsidR="001924FA" w:rsidRDefault="00000000">
      <w:pPr>
        <w:spacing w:after="80"/>
        <w:jc w:val="center"/>
      </w:pPr>
      <w:r>
        <w:rPr>
          <w:b/>
        </w:rPr>
        <w:t>Palmer amaranth and waterhemp screening across Nebraska</w:t>
      </w:r>
    </w:p>
    <w:p w14:paraId="2CA44D6B" w14:textId="77777777" w:rsidR="001924FA" w:rsidRDefault="00000000">
      <w:pPr>
        <w:pStyle w:val="Heading1"/>
      </w:pPr>
      <w:r>
        <w:t>Contact Information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Caption w:val="Contact information"/>
        <w:tblDescription w:val="Fields for the name, business, mailing address, city and ZIP code, phone number and email address of the person submitting the seed sample."/>
      </w:tblPr>
      <w:tblGrid>
        <w:gridCol w:w="2232"/>
        <w:gridCol w:w="7848"/>
      </w:tblGrid>
      <w:tr w:rsidR="001924FA" w14:paraId="326509F6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ABE1D" w14:textId="77777777" w:rsidR="001924FA" w:rsidRDefault="00000000">
            <w:pPr>
              <w:spacing w:after="0"/>
            </w:pPr>
            <w:r>
              <w:rPr>
                <w:b/>
              </w:rPr>
              <w:t>Name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C39E0" w14:textId="77777777" w:rsidR="001924FA" w:rsidRDefault="001924FA">
            <w:pPr>
              <w:spacing w:after="0"/>
            </w:pPr>
          </w:p>
        </w:tc>
      </w:tr>
      <w:tr w:rsidR="001924FA" w14:paraId="211DC874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BF60F" w14:textId="77777777" w:rsidR="001924FA" w:rsidRDefault="00000000">
            <w:pPr>
              <w:spacing w:after="0"/>
            </w:pPr>
            <w:r>
              <w:rPr>
                <w:b/>
              </w:rPr>
              <w:t>Business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B9988" w14:textId="77777777" w:rsidR="001924FA" w:rsidRDefault="001924FA">
            <w:pPr>
              <w:spacing w:after="0"/>
            </w:pPr>
          </w:p>
        </w:tc>
      </w:tr>
      <w:tr w:rsidR="001924FA" w14:paraId="075FEFBF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FE003" w14:textId="77777777" w:rsidR="001924FA" w:rsidRDefault="00000000"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18CB6" w14:textId="77777777" w:rsidR="001924FA" w:rsidRDefault="001924FA">
            <w:pPr>
              <w:spacing w:after="0"/>
            </w:pPr>
          </w:p>
        </w:tc>
      </w:tr>
      <w:tr w:rsidR="001924FA" w14:paraId="053C7E57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D2CC2" w14:textId="77777777" w:rsidR="001924FA" w:rsidRDefault="00000000">
            <w:pPr>
              <w:spacing w:after="0"/>
            </w:pPr>
            <w:r>
              <w:rPr>
                <w:b/>
              </w:rPr>
              <w:t>City and ZIP code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AD510" w14:textId="77777777" w:rsidR="001924FA" w:rsidRDefault="001924FA">
            <w:pPr>
              <w:spacing w:after="0"/>
            </w:pPr>
          </w:p>
        </w:tc>
      </w:tr>
      <w:tr w:rsidR="001924FA" w14:paraId="24FC5A12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77391" w14:textId="77777777" w:rsidR="001924FA" w:rsidRDefault="00000000"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98913" w14:textId="77777777" w:rsidR="001924FA" w:rsidRDefault="001924FA">
            <w:pPr>
              <w:spacing w:after="0"/>
            </w:pPr>
          </w:p>
        </w:tc>
      </w:tr>
      <w:tr w:rsidR="001924FA" w14:paraId="4C35F204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838EA" w14:textId="77777777" w:rsidR="001924FA" w:rsidRDefault="00000000"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C0A5A" w14:textId="77777777" w:rsidR="001924FA" w:rsidRDefault="001924FA">
            <w:pPr>
              <w:spacing w:after="0"/>
            </w:pPr>
          </w:p>
        </w:tc>
      </w:tr>
    </w:tbl>
    <w:p w14:paraId="4C926A54" w14:textId="77777777" w:rsidR="001924FA" w:rsidRDefault="00000000">
      <w:pPr>
        <w:pStyle w:val="Heading1"/>
      </w:pPr>
      <w:r>
        <w:t>Sampled Field Description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Caption w:val="Sampled field description"/>
        <w:tblDescription w:val="Fields describing the location and size of the sampled field and the suspected herbicide resistance."/>
      </w:tblPr>
      <w:tblGrid>
        <w:gridCol w:w="2232"/>
        <w:gridCol w:w="7848"/>
      </w:tblGrid>
      <w:tr w:rsidR="001924FA" w14:paraId="549B2958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6016B" w14:textId="5C1D4CD0" w:rsidR="001924FA" w:rsidRDefault="00000000">
            <w:pPr>
              <w:spacing w:after="0"/>
            </w:pPr>
            <w:r>
              <w:rPr>
                <w:b/>
              </w:rPr>
              <w:t>Location</w:t>
            </w:r>
            <w:r w:rsidR="007A6732">
              <w:rPr>
                <w:b/>
              </w:rPr>
              <w:t xml:space="preserve"> (GPS or nearest road)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124BD" w14:textId="77777777" w:rsidR="001924FA" w:rsidRDefault="001924FA">
            <w:pPr>
              <w:spacing w:after="0"/>
            </w:pPr>
          </w:p>
        </w:tc>
      </w:tr>
      <w:tr w:rsidR="001924FA" w14:paraId="75FCAF71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E0822" w14:textId="77777777" w:rsidR="001924FA" w:rsidRDefault="00000000">
            <w:pPr>
              <w:spacing w:after="0"/>
            </w:pPr>
            <w:r>
              <w:rPr>
                <w:b/>
              </w:rPr>
              <w:t>City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AE128" w14:textId="77777777" w:rsidR="001924FA" w:rsidRDefault="001924FA">
            <w:pPr>
              <w:spacing w:after="0"/>
            </w:pPr>
          </w:p>
        </w:tc>
      </w:tr>
      <w:tr w:rsidR="001924FA" w14:paraId="05D86519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3822D" w14:textId="77777777" w:rsidR="001924FA" w:rsidRDefault="00000000">
            <w:pPr>
              <w:spacing w:after="0"/>
            </w:pPr>
            <w:r>
              <w:rPr>
                <w:b/>
              </w:rPr>
              <w:t>County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5E96B" w14:textId="77777777" w:rsidR="001924FA" w:rsidRDefault="001924FA">
            <w:pPr>
              <w:spacing w:after="0"/>
            </w:pPr>
          </w:p>
        </w:tc>
      </w:tr>
      <w:tr w:rsidR="001924FA" w14:paraId="0CB7547B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B1E89" w14:textId="5016A400" w:rsidR="001924FA" w:rsidRDefault="007A6732">
            <w:pPr>
              <w:spacing w:after="0"/>
            </w:pPr>
            <w:r>
              <w:rPr>
                <w:b/>
              </w:rPr>
              <w:t xml:space="preserve">Number of </w:t>
            </w:r>
            <w:r w:rsidR="00000000">
              <w:rPr>
                <w:b/>
              </w:rPr>
              <w:t>Acres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F5F4A" w14:textId="77777777" w:rsidR="001924FA" w:rsidRDefault="001924FA">
            <w:pPr>
              <w:spacing w:after="0"/>
            </w:pPr>
          </w:p>
        </w:tc>
      </w:tr>
      <w:tr w:rsidR="001924FA" w14:paraId="165761AA" w14:textId="77777777">
        <w:trPr>
          <w:cantSplit/>
          <w:jc w:val="center"/>
        </w:trPr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0A7CE" w14:textId="77777777" w:rsidR="001924FA" w:rsidRDefault="00000000">
            <w:pPr>
              <w:spacing w:after="0"/>
            </w:pPr>
            <w:r>
              <w:rPr>
                <w:b/>
              </w:rPr>
              <w:t>Suspected resistance</w:t>
            </w:r>
          </w:p>
        </w:tc>
        <w:tc>
          <w:tcPr>
            <w:tcW w:w="7848" w:type="dxa"/>
            <w:shd w:val="clear" w:color="auto" w:fill="F2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281B9" w14:textId="77777777" w:rsidR="001924FA" w:rsidRDefault="001924FA">
            <w:pPr>
              <w:spacing w:after="0"/>
            </w:pPr>
          </w:p>
        </w:tc>
      </w:tr>
    </w:tbl>
    <w:p w14:paraId="0E58F74B" w14:textId="26000EC5" w:rsidR="001924FA" w:rsidRDefault="001924FA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Caption w:val="Field management history"/>
        <w:tblDescription w:val="Three-row table for entering the year, crop, tillage and burndown, preemergence and postemergence herbicides used in the sampled field."/>
      </w:tblPr>
      <w:tblGrid>
        <w:gridCol w:w="1036"/>
        <w:gridCol w:w="2232"/>
        <w:gridCol w:w="2088"/>
        <w:gridCol w:w="4723"/>
      </w:tblGrid>
      <w:tr w:rsidR="001924FA" w14:paraId="50EE6127" w14:textId="77777777">
        <w:trPr>
          <w:tblHeader/>
          <w:jc w:val="center"/>
        </w:trPr>
        <w:tc>
          <w:tcPr>
            <w:tcW w:w="1036" w:type="dxa"/>
            <w:shd w:val="clear" w:color="auto" w:fill="D9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3A4E8" w14:textId="77777777" w:rsidR="001924FA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Year</w:t>
            </w:r>
          </w:p>
        </w:tc>
        <w:tc>
          <w:tcPr>
            <w:tcW w:w="2232" w:type="dxa"/>
            <w:shd w:val="clear" w:color="auto" w:fill="D9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A15A6" w14:textId="7B3C85A0" w:rsidR="001924FA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Crop</w:t>
            </w:r>
            <w:r w:rsidR="007A6732">
              <w:rPr>
                <w:b/>
                <w:sz w:val="20"/>
              </w:rPr>
              <w:t>s</w:t>
            </w:r>
          </w:p>
        </w:tc>
        <w:tc>
          <w:tcPr>
            <w:tcW w:w="2088" w:type="dxa"/>
            <w:shd w:val="clear" w:color="auto" w:fill="D9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D5214" w14:textId="77777777" w:rsidR="001924FA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Tillage</w:t>
            </w:r>
          </w:p>
        </w:tc>
        <w:tc>
          <w:tcPr>
            <w:tcW w:w="4723" w:type="dxa"/>
            <w:shd w:val="clear" w:color="auto" w:fill="D9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29BC3" w14:textId="77777777" w:rsidR="001924FA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Herbicides</w:t>
            </w:r>
          </w:p>
        </w:tc>
      </w:tr>
      <w:tr w:rsidR="001924FA" w14:paraId="714056BE" w14:textId="77777777">
        <w:trPr>
          <w:cantSplit/>
          <w:jc w:val="center"/>
        </w:trPr>
        <w:tc>
          <w:tcPr>
            <w:tcW w:w="1036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1202C9" w14:textId="77777777" w:rsidR="001924FA" w:rsidRDefault="001924FA">
            <w:pPr>
              <w:spacing w:after="0"/>
              <w:jc w:val="center"/>
            </w:pPr>
          </w:p>
        </w:tc>
        <w:tc>
          <w:tcPr>
            <w:tcW w:w="2232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201CF42" w14:textId="77777777" w:rsidR="001924FA" w:rsidRDefault="001924FA">
            <w:pPr>
              <w:spacing w:after="0"/>
            </w:pPr>
          </w:p>
        </w:tc>
        <w:tc>
          <w:tcPr>
            <w:tcW w:w="2088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A78E294" w14:textId="77777777" w:rsidR="001924FA" w:rsidRDefault="001924FA">
            <w:pPr>
              <w:spacing w:after="0"/>
            </w:pPr>
          </w:p>
        </w:tc>
        <w:tc>
          <w:tcPr>
            <w:tcW w:w="4723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A992C2B" w14:textId="77777777" w:rsidR="001924FA" w:rsidRDefault="00000000">
            <w:pPr>
              <w:spacing w:after="0"/>
            </w:pPr>
            <w:r>
              <w:rPr>
                <w:b/>
                <w:sz w:val="19"/>
              </w:rPr>
              <w:t xml:space="preserve">Burndown: </w:t>
            </w:r>
            <w:r>
              <w:br/>
            </w:r>
            <w:r>
              <w:rPr>
                <w:b/>
                <w:sz w:val="19"/>
              </w:rPr>
              <w:t xml:space="preserve">PRE: </w:t>
            </w:r>
            <w:r>
              <w:br/>
            </w:r>
            <w:r>
              <w:rPr>
                <w:b/>
                <w:sz w:val="19"/>
              </w:rPr>
              <w:t xml:space="preserve">POST: </w:t>
            </w:r>
          </w:p>
        </w:tc>
      </w:tr>
      <w:tr w:rsidR="001924FA" w14:paraId="240A162A" w14:textId="77777777">
        <w:trPr>
          <w:cantSplit/>
          <w:jc w:val="center"/>
        </w:trPr>
        <w:tc>
          <w:tcPr>
            <w:tcW w:w="1036" w:type="dxa"/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4CB128" w14:textId="77777777" w:rsidR="001924FA" w:rsidRDefault="001924FA">
            <w:pPr>
              <w:spacing w:after="0"/>
              <w:jc w:val="center"/>
            </w:pPr>
          </w:p>
        </w:tc>
        <w:tc>
          <w:tcPr>
            <w:tcW w:w="2232" w:type="dxa"/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352838" w14:textId="77777777" w:rsidR="001924FA" w:rsidRDefault="001924FA">
            <w:pPr>
              <w:spacing w:after="0"/>
            </w:pPr>
          </w:p>
        </w:tc>
        <w:tc>
          <w:tcPr>
            <w:tcW w:w="2088" w:type="dxa"/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54BA45" w14:textId="77777777" w:rsidR="001924FA" w:rsidRDefault="001924FA">
            <w:pPr>
              <w:spacing w:after="0"/>
            </w:pPr>
          </w:p>
        </w:tc>
        <w:tc>
          <w:tcPr>
            <w:tcW w:w="4723" w:type="dxa"/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7ABF4E" w14:textId="77777777" w:rsidR="001924FA" w:rsidRDefault="00000000">
            <w:pPr>
              <w:spacing w:after="0"/>
            </w:pPr>
            <w:r>
              <w:rPr>
                <w:b/>
                <w:sz w:val="19"/>
              </w:rPr>
              <w:t xml:space="preserve">Burndown: </w:t>
            </w:r>
            <w:r>
              <w:br/>
            </w:r>
            <w:r>
              <w:rPr>
                <w:b/>
                <w:sz w:val="19"/>
              </w:rPr>
              <w:t xml:space="preserve">PRE: </w:t>
            </w:r>
            <w:r>
              <w:br/>
            </w:r>
            <w:r>
              <w:rPr>
                <w:b/>
                <w:sz w:val="19"/>
              </w:rPr>
              <w:t xml:space="preserve">POST: </w:t>
            </w:r>
          </w:p>
        </w:tc>
      </w:tr>
      <w:tr w:rsidR="001924FA" w14:paraId="58D3696F" w14:textId="77777777">
        <w:trPr>
          <w:cantSplit/>
          <w:jc w:val="center"/>
        </w:trPr>
        <w:tc>
          <w:tcPr>
            <w:tcW w:w="1036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010248" w14:textId="77777777" w:rsidR="001924FA" w:rsidRDefault="001924FA">
            <w:pPr>
              <w:spacing w:after="0"/>
              <w:jc w:val="center"/>
            </w:pPr>
          </w:p>
        </w:tc>
        <w:tc>
          <w:tcPr>
            <w:tcW w:w="2232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C14065" w14:textId="77777777" w:rsidR="001924FA" w:rsidRDefault="001924FA">
            <w:pPr>
              <w:spacing w:after="0"/>
            </w:pPr>
          </w:p>
        </w:tc>
        <w:tc>
          <w:tcPr>
            <w:tcW w:w="2088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D06464" w14:textId="77777777" w:rsidR="001924FA" w:rsidRDefault="001924FA">
            <w:pPr>
              <w:spacing w:after="0"/>
            </w:pPr>
          </w:p>
        </w:tc>
        <w:tc>
          <w:tcPr>
            <w:tcW w:w="4723" w:type="dxa"/>
            <w:shd w:val="clear" w:color="auto" w:fill="F8FBFC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A83A5A" w14:textId="77777777" w:rsidR="001924FA" w:rsidRDefault="00000000">
            <w:pPr>
              <w:spacing w:after="0"/>
            </w:pPr>
            <w:r>
              <w:rPr>
                <w:b/>
                <w:sz w:val="19"/>
              </w:rPr>
              <w:t xml:space="preserve">Burndown: </w:t>
            </w:r>
            <w:r>
              <w:br/>
            </w:r>
            <w:r>
              <w:rPr>
                <w:b/>
                <w:sz w:val="19"/>
              </w:rPr>
              <w:t xml:space="preserve">PRE: </w:t>
            </w:r>
            <w:r>
              <w:br/>
            </w:r>
            <w:r>
              <w:rPr>
                <w:b/>
                <w:sz w:val="19"/>
              </w:rPr>
              <w:t xml:space="preserve">POST: </w:t>
            </w:r>
          </w:p>
        </w:tc>
      </w:tr>
    </w:tbl>
    <w:p w14:paraId="41809FE4" w14:textId="77777777" w:rsidR="005C06D0" w:rsidRDefault="005C06D0"/>
    <w:sectPr w:rsidR="005C06D0" w:rsidSect="00034616">
      <w:footerReference w:type="default" r:id="rId9"/>
      <w:pgSz w:w="12240" w:h="15840"/>
      <w:pgMar w:top="547" w:right="792" w:bottom="547" w:left="79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CF7FBB" w14:textId="77777777" w:rsidR="005C06D0" w:rsidRDefault="005C06D0">
      <w:pPr>
        <w:spacing w:after="0" w:line="240" w:lineRule="auto"/>
      </w:pPr>
      <w:r>
        <w:separator/>
      </w:r>
    </w:p>
  </w:endnote>
  <w:endnote w:type="continuationSeparator" w:id="0">
    <w:p w14:paraId="1351FA82" w14:textId="77777777" w:rsidR="005C06D0" w:rsidRDefault="005C0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B22B02" w14:textId="77777777" w:rsidR="001924FA" w:rsidRDefault="00000000">
    <w:pPr>
      <w:pStyle w:val="Footer"/>
      <w:jc w:val="center"/>
    </w:pPr>
    <w:r>
      <w:rPr>
        <w:b/>
        <w:sz w:val="18"/>
      </w:rPr>
      <w:t>Include this completed form with the corresponding seed sample.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FF928D" w14:textId="77777777" w:rsidR="005C06D0" w:rsidRDefault="005C06D0">
      <w:pPr>
        <w:spacing w:after="0" w:line="240" w:lineRule="auto"/>
      </w:pPr>
      <w:r>
        <w:separator/>
      </w:r>
    </w:p>
  </w:footnote>
  <w:footnote w:type="continuationSeparator" w:id="0">
    <w:p w14:paraId="1582A905" w14:textId="77777777" w:rsidR="005C06D0" w:rsidRDefault="005C0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8611328">
    <w:abstractNumId w:val="8"/>
  </w:num>
  <w:num w:numId="2" w16cid:durableId="1251542805">
    <w:abstractNumId w:val="6"/>
  </w:num>
  <w:num w:numId="3" w16cid:durableId="572349021">
    <w:abstractNumId w:val="5"/>
  </w:num>
  <w:num w:numId="4" w16cid:durableId="1403260320">
    <w:abstractNumId w:val="4"/>
  </w:num>
  <w:num w:numId="5" w16cid:durableId="1470978216">
    <w:abstractNumId w:val="7"/>
  </w:num>
  <w:num w:numId="6" w16cid:durableId="1523589261">
    <w:abstractNumId w:val="3"/>
  </w:num>
  <w:num w:numId="7" w16cid:durableId="1795320775">
    <w:abstractNumId w:val="2"/>
  </w:num>
  <w:num w:numId="8" w16cid:durableId="1693875685">
    <w:abstractNumId w:val="1"/>
  </w:num>
  <w:num w:numId="9" w16cid:durableId="16103594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4FA"/>
    <w:rsid w:val="0029639D"/>
    <w:rsid w:val="00326F90"/>
    <w:rsid w:val="00555077"/>
    <w:rsid w:val="005C06D0"/>
    <w:rsid w:val="007A673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197545"/>
  <w14:defaultImageDpi w14:val="300"/>
  <w15:docId w15:val="{519BDF4E-AB11-8847-A154-BDFB691A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eastAsia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1">
    <w:name w:val="Placeholder Text1"/>
    <w:rPr>
      <w:rFonts w:ascii="Arial" w:eastAsia="Arial" w:hAnsi="Arial"/>
      <w:i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Herbicide Resistance Seed Submission Form</dc:title>
  <dc:subject>Accessible form for submitting Palmer amaranth or waterhemp seed samples for herbicide resistance screening</dc:subject>
  <dc:creator>University of Nebraska-Lincoln Weed Science</dc:creator>
  <cp:keywords>herbicide resistance, seed submission, Palmer amaranth, waterhemp, Nebraska</cp:keywords>
  <dc:description>generated by python-docx</dc:description>
  <cp:lastModifiedBy>Katy Moore</cp:lastModifiedBy>
  <cp:revision>2</cp:revision>
  <dcterms:created xsi:type="dcterms:W3CDTF">2013-12-23T23:15:00Z</dcterms:created>
  <dcterms:modified xsi:type="dcterms:W3CDTF">2026-09-22T23:31:00Z</dcterms:modified>
  <cp:category/>
</cp:coreProperties>
</file>